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המחזה אנטיגונה ומושגי דרמה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עלילת המחזה אנטיגונה ועל הדמויות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בדרמה כמו אירוניה דרמטית ומקהלה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רצף האירועים והקונפליקט המרכזי במחזה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להשאיר את גופת פוליניקס בלי קבורה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תולה את עצמה במערה שבה נכלאה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איסמנה חוששת מהעונש ומסרבת לעזור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הימון הוא בן קראון והוא מאורס לאנטיגונה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פוליניקס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טירסיאס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(מלך תבי שמסרב לקבור את פוליניקס)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(בת שמחליטה לקבור את אחיה בניגוד לצו)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(בנו של קראון, מאוהב באנטיגונה)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קראון מכריז שאסור לקבור את פוליניקס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אנטיגונה קוברת את אחיה בניגוד לצו המלך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קראון מגלה שאנטיגונה הפרה את הצו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טירסיאס מזהיר את קראון שהאלים זועמים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צריכים להזכיר את הניגוד בין חוק המדינה (קראון) לחוק האלים/המצפון (אנטיגונה), ולנמק עמדה אישית באופן 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טירסיאס, הנביא העיוור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שבו הקהל יודע יותר מהדמות על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תולה את עצמה במערה לפני שקראון מגיע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חוזרת בחידון המקורי באתר ולהשוות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ההתאמה לעבודה בזוגות לפני המענה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המחזה אנטיגונה ומושגי דרמה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מתרגל את עלילת המחזה אנטיגונה מאת סופוקלס, את הדמויות המרכזיות ואת מושגי היסוד של הדרמה היווניות, בהתאם לחידון המופיע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פוליניקס  ·  טירסיאס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ציווה קראון בתחילת המחזה?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לקבור את שני האחים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להשאיר את גופת פוליניקס בלי קבורה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לגרש את אנטיגונה מתבי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מתה אנטיגונה?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קראון מוציא אותה להורג מול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נהרגת בקרב על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תולה את עצמה במערה שבה נכלאה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בתחילת המחזה איסמנה מסרבת להשתתף בקבורת פוליניקס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הימון הוא בנו של קראון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קראון ציווה שלא לקבור את גופת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הנביא העיוור שמזהיר את קראון שהאלים זועמים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קראון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בת שמחליטה לקבור את אחיה בניגוד לצו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בנו של קראון, מאוהב באנטיגונה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מלך תבי שמסרב לקבור את פוליניקס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אנטיגונה קוברת את אחיה בניגוד לצו המלך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קראון מכריז שאסור לקבור את פוליניקס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טירסיאס מזהיר את קראון שהאלים זועמים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קראון מגלה שאנטיגונה הפרה את הצו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מה הקונפליקט המרכזי בין קראון לאנטיגונה, ולדעתכם מי צודק יותר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מזהיר את קראון שהאלים זועמים?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אירוניה דרמטית,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המחזה אנטיגונה ומושגי דרמה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