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המחזה אנטיגונה ומושגי דרמה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עלילת המחזה אנטיגונה ועל הדמויות המרכזיות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בדרמה כמו אירוניה דרמטית ומקהלה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הבנת רצף האירועים והקונפליקט המרכזי במחזה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להשאיר את גופת פוליניקס בלי קבורה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טירסיאס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מצב שבו הקהל יודע משהו שהדמות אינה יודעת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היא תולה את עצמה במערה שבה נכלאה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אזרחים מבוגרים של תבי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איסמנה חוששת מהעונש ומסרבת לעזור בהתחלה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הימון הוא בן קראון והוא מאורס לאנטיגונה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קראון מגיע מאוחר מדי ומוצא אותה מתה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פוליניקס נלחם נגד תבי, ולכן נאסר לקוברו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פוליניקס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טירסיאס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אירוניה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(מלך תבי שמסרב לקבור את פוליניקס)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(בת שמחליטה לקבור את אחיה בניגוד לצו)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(בנו של קראון, מאוהב באנטיגונה)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(נביא עיוור שמזהיר את קראון)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(אחותה של אנטיגונה שמסרבת בהתחלה לעזור)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הרצף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קראון מכריז שאסור לקבור את פוליניקס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אנטיגונה קוברת את אחיה בניגוד לצו המלך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קראון מגלה שאנטיגונה הפרה את הצו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טירסיאס מזהיר את קראון שהאלים זועמים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קראון הולך למערה אך מגיע מאוחר מדי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צריכים להזכיר את הניגוד בין חוק המדינה (קראון) לחוק האלים/המצפון (אנטיגונה), ולנמק עמדה אישית באופן מנומק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טירסיאס, הנביא העיוור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מצב שבו הקהל יודע יותר מהדמות על הבמה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היא תולה את עצמה במערה לפני שקראון מגיע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בצפייה חוזרת בחידון המקורי באתר ולהשוות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חלק ההתאמה לעבודה בזוגות לפני המענה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דיון קצר בכיתה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המחזה אנטיגונה ומושגי דרמה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הסיפור של המחזה אנטיגונה ואת הדמויות שלו, בשפה פשוטה.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טרגדיה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מחזה שמסתיים ברע, בדרך כלל במוות של הגיבור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אירוניה דרמטית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הקהל יודע משהו שהדמות על הבמה לא יודעת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מקהלה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במחזה היווני שמגיבה לאירועים ושרה בין הסצנות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קונפליקט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התנגשות בין רצונות או ערכים של דמויות שונות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גיבור טראגי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מרכזית שמגיעה לנפילה בגלל טעות או עיקשות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פרולוג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הקטע הפותח את המחזה, לפני כניסת המקהלה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פקודה רשמית של השליט שכל האזרחים חייבים לציית 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קראון הורה לעשות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לקבור את שני האחים בכבוד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להשאיר את גופת פוליניקס בלי קבורה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לגרש את אנטיגונה מתבי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להכתיר את הימון למלך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אמר לקראון שהאלים כועסים עליו?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איסמנה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טירסיאס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המונח אירוניה דרמטית?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 שבו הקהל יודע משהו שהדמות אינה יודעת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של המקהלה בין האפיזודות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שיחה מהירה של שורה מול 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מהפך פתאומי בגורל הגיבור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דרך אנטיגונה מתה?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קראון מוציא אותה להורג מול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נהרגת בקרב על תבי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תולה את עצמה במערה שבה נכלאה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מורעלת בארמון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המקהלה בדרמה הזאת?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הצבא של תבי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אזרחים מבוגרים של תבי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משפחת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השומרים של הארמון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בתחילת המחזה איסמנה מסרבת להשתתף בקבורת פוליניקס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הימון הוא בנו של קראון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קראון משנה את דעתו ומגיע למערה בזמן להציל את אנטיגונה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פוליניקס הוא אח שנלחם למען העיר תבי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קראון ציווה שלא לקבור את גופת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הוא הנביא העיוור שמזהיר את קראון שהאלים זועמים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אנטיגונה שמה קץ לחייה בשיטת ה__________ במערה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מצב שבו הקהל יודע דבר-מה שהדמות על הבמה אינה יודעת נקרא __________ דרמטית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דמות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קראון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בת שמחליטה לקבור את אחיה בניגוד לצו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אנטיגונה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בנו של קראון, מאוהב באנטיגונה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הימון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אחותה של אנטיגונה שמסרבת בהתחלה לעזור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טירסיאס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מלך תבי שמסרב לקבור את פוליניקס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איסמנה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נביא עיוור שמזהיר את קראון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הרצף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קראון הולך למערה אך מגיע מאוחר מדי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טירסיאס מזהיר את קראון שהאלים זועמים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קראון מכריז שאסור לקבור את פוליניקס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קראון מגלה שאנטיגונה הפרה את הצו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אנטיגונה קוברת את אחיה בניגוד לצו המלך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מה הקונפליקט המרכזי בין קראון לאנטיגונה, ולדעתכם מי צודק יותר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מזהיר את קראון שהאלים זועמים?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אירוניה דרמטית,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מסתיימת דמותה של אנטיגונה במחזה?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המחזה אנטיגונה ומושגי דרמה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